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rFonts w:ascii="Arial" w:hAnsi="Arial" w:eastAsia="Arial"/>
          <w:b/>
          <w:i w:val="0"/>
          <w:color w:val="1B3A6B"/>
          <w:sz w:val="36"/>
        </w:rPr>
        <w:t>[YOUR FIRST AND LAST NAME]</w:t>
      </w:r>
    </w:p>
    <w:p>
      <w:pPr>
        <w:spacing w:after="60"/>
        <w:jc w:val="center"/>
      </w:pPr>
      <w:r>
        <w:rPr>
          <w:rFonts w:ascii="Arial" w:hAnsi="Arial" w:eastAsia="Arial"/>
          <w:b w:val="0"/>
          <w:i w:val="0"/>
          <w:color w:val="5F6973"/>
          <w:sz w:val="18"/>
        </w:rPr>
        <w:t>[City, State]  |  [Professional email]  |  [Phone]  |  [Optional portfolio or LinkedIn]</w:t>
      </w:r>
    </w:p>
    <w:p>
      <w:pPr>
        <w:keepNext/>
        <w:spacing w:before="100" w:after="40"/>
        <w:pBdr>
          <w:bottom w:val="single" w:sz="6" w:space="1" w:color="1B3A6B"/>
        </w:pBdr>
      </w:pPr>
      <w:r>
        <w:rPr>
          <w:rFonts w:ascii="Arial" w:hAnsi="Arial" w:eastAsia="Arial"/>
          <w:b/>
          <w:i w:val="0"/>
          <w:color w:val="1B3A6B"/>
          <w:sz w:val="19"/>
        </w:rPr>
        <w:t>EDUCATION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328"/>
        <w:gridCol w:w="5328"/>
      </w:tblGrid>
      <w:tr>
        <w:tc>
          <w:tcPr>
            <w:tcW w:type="dxa" w:w="8208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Arial" w:hAnsi="Arial" w:eastAsia="Arial"/>
                <w:b/>
                <w:i w:val="0"/>
                <w:color w:val="0D1B2A"/>
                <w:sz w:val="19"/>
              </w:rPr>
              <w:t>[High school name]</w:t>
            </w:r>
          </w:p>
        </w:tc>
        <w:tc>
          <w:tcPr>
            <w:tcW w:type="dxa" w:w="1872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/>
                <w:b w:val="0"/>
                <w:i w:val="0"/>
                <w:color w:val="5F6973"/>
                <w:sz w:val="18"/>
              </w:rPr>
              <w:t>Expected [Month Year]</w:t>
            </w:r>
          </w:p>
        </w:tc>
      </w:tr>
    </w:tbl>
    <w:p>
      <w:pPr>
        <w:spacing w:after="0"/>
      </w:pPr>
      <w:r>
        <w:rPr>
          <w:rFonts w:ascii="Arial" w:hAnsi="Arial" w:eastAsia="Arial"/>
          <w:b w:val="0"/>
          <w:i w:val="0"/>
          <w:color w:val="5F6973"/>
          <w:sz w:val="18"/>
        </w:rPr>
        <w:t>[City, State]  |  GPA: [optional]  |  Relevant coursework: [optional and specific]</w:t>
      </w:r>
    </w:p>
    <w:p>
      <w:pPr>
        <w:keepNext/>
        <w:spacing w:before="100" w:after="40"/>
        <w:pBdr>
          <w:bottom w:val="single" w:sz="6" w:space="1" w:color="1B3A6B"/>
        </w:pBdr>
      </w:pPr>
      <w:r>
        <w:rPr>
          <w:rFonts w:ascii="Arial" w:hAnsi="Arial" w:eastAsia="Arial"/>
          <w:b/>
          <w:i w:val="0"/>
          <w:color w:val="1B3A6B"/>
          <w:sz w:val="19"/>
        </w:rPr>
        <w:t>EXPERIENCE AND PROJECTS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328"/>
        <w:gridCol w:w="5328"/>
      </w:tblGrid>
      <w:tr>
        <w:tc>
          <w:tcPr>
            <w:tcW w:type="dxa" w:w="8208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0D1B2A"/>
                <w:sz w:val="19"/>
              </w:rPr>
              <w:t>[Role, project, paid work, or family responsibility]</w:t>
            </w:r>
            <w:r>
              <w:rPr>
                <w:rFonts w:ascii="Arial" w:hAnsi="Arial" w:eastAsia="Arial"/>
                <w:b w:val="0"/>
                <w:i w:val="0"/>
                <w:color w:val="0D1B2A"/>
                <w:sz w:val="19"/>
              </w:rPr>
              <w:t xml:space="preserve"> | [Organization, class, employer, or independent]</w:t>
            </w:r>
          </w:p>
        </w:tc>
        <w:tc>
          <w:tcPr>
            <w:tcW w:type="dxa" w:w="1872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5F6973"/>
                <w:sz w:val="18"/>
              </w:rPr>
              <w:t>[Month Year–Present]</w:t>
            </w:r>
          </w:p>
        </w:tc>
      </w:tr>
    </w:tbl>
    <w:p>
      <w:pPr>
        <w:spacing w:after="0"/>
      </w:pPr>
      <w:r>
        <w:rPr>
          <w:rFonts w:ascii="Arial" w:hAnsi="Arial" w:eastAsia="Arial"/>
          <w:b w:val="0"/>
          <w:i/>
          <w:color w:val="5F6973"/>
          <w:sz w:val="18"/>
        </w:rPr>
        <w:t>[City, State or Remote — optional]</w:t>
      </w:r>
    </w:p>
    <w:p>
      <w:pPr>
        <w:pStyle w:val="ListBullet"/>
        <w:spacing w:after="10" w:line="240" w:lineRule="auto"/>
        <w:ind w:left="259" w:hanging="173"/>
      </w:pPr>
      <w:r>
        <w:rPr>
          <w:rFonts w:ascii="Arial" w:hAnsi="Arial" w:eastAsia="Arial"/>
          <w:b w:val="0"/>
          <w:i w:val="0"/>
          <w:color w:val="5F6973"/>
          <w:sz w:val="18"/>
        </w:rPr>
        <w:t>[Start with an action verb. Say what you did, who or what it helped, and the result you can prove.]</w:t>
      </w:r>
    </w:p>
    <w:p>
      <w:pPr>
        <w:pStyle w:val="ListBullet"/>
        <w:spacing w:after="10" w:line="240" w:lineRule="auto"/>
        <w:ind w:left="259" w:hanging="173"/>
      </w:pPr>
      <w:r>
        <w:rPr>
          <w:rFonts w:ascii="Arial" w:hAnsi="Arial" w:eastAsia="Arial"/>
          <w:b w:val="0"/>
          <w:i w:val="0"/>
          <w:color w:val="5F6973"/>
          <w:sz w:val="18"/>
        </w:rPr>
        <w:t>[Add a real number only if you know it: people served, items made, hours, dollars, views, time saved, or deadline met.]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328"/>
        <w:gridCol w:w="5328"/>
      </w:tblGrid>
      <w:tr>
        <w:tc>
          <w:tcPr>
            <w:tcW w:type="dxa" w:w="8208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0D1B2A"/>
                <w:sz w:val="19"/>
              </w:rPr>
              <w:t>[Second role, project, activity, or responsibility]</w:t>
            </w:r>
            <w:r>
              <w:rPr>
                <w:rFonts w:ascii="Arial" w:hAnsi="Arial" w:eastAsia="Arial"/>
                <w:b w:val="0"/>
                <w:i w:val="0"/>
                <w:color w:val="0D1B2A"/>
                <w:sz w:val="19"/>
              </w:rPr>
              <w:t xml:space="preserve"> | [Organization, team, club, or independent]</w:t>
            </w:r>
          </w:p>
        </w:tc>
        <w:tc>
          <w:tcPr>
            <w:tcW w:type="dxa" w:w="1872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5F6973"/>
                <w:sz w:val="18"/>
              </w:rPr>
              <w:t>[Month Year–Month Year]</w:t>
            </w:r>
          </w:p>
        </w:tc>
      </w:tr>
    </w:tbl>
    <w:p>
      <w:pPr>
        <w:pStyle w:val="ListBullet"/>
        <w:spacing w:after="10" w:line="240" w:lineRule="auto"/>
        <w:ind w:left="259" w:hanging="173"/>
      </w:pPr>
      <w:r>
        <w:rPr>
          <w:rFonts w:ascii="Arial" w:hAnsi="Arial" w:eastAsia="Arial"/>
          <w:b w:val="0"/>
          <w:i w:val="0"/>
          <w:color w:val="5F6973"/>
          <w:sz w:val="18"/>
        </w:rPr>
        <w:t>[Use one or two bullets. Focus on what you owned, built, organized, improved, taught, sold, repaired, or completed.]</w:t>
      </w:r>
    </w:p>
    <w:p>
      <w:pPr>
        <w:keepNext/>
        <w:spacing w:before="100" w:after="40"/>
        <w:pBdr>
          <w:bottom w:val="single" w:sz="6" w:space="1" w:color="1B3A6B"/>
        </w:pBdr>
      </w:pPr>
      <w:r>
        <w:rPr>
          <w:rFonts w:ascii="Arial" w:hAnsi="Arial" w:eastAsia="Arial"/>
          <w:b/>
          <w:i w:val="0"/>
          <w:color w:val="1B3A6B"/>
          <w:sz w:val="19"/>
        </w:rPr>
        <w:t>ACTIVITIES AND SERVICE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328"/>
        <w:gridCol w:w="5328"/>
      </w:tblGrid>
      <w:tr>
        <w:tc>
          <w:tcPr>
            <w:tcW w:type="dxa" w:w="8208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0D1B2A"/>
                <w:sz w:val="19"/>
              </w:rPr>
              <w:t>[Club, sport, volunteering, caregiving, or school activity]</w:t>
            </w:r>
            <w:r>
              <w:rPr>
                <w:rFonts w:ascii="Arial" w:hAnsi="Arial" w:eastAsia="Arial"/>
                <w:b w:val="0"/>
                <w:i w:val="0"/>
                <w:color w:val="0D1B2A"/>
                <w:sz w:val="19"/>
              </w:rPr>
              <w:t xml:space="preserve"> | [School or organization]</w:t>
            </w:r>
          </w:p>
        </w:tc>
        <w:tc>
          <w:tcPr>
            <w:tcW w:type="dxa" w:w="1872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5F6973"/>
                <w:sz w:val="18"/>
              </w:rPr>
              <w:t>[Grade level or dates]</w:t>
            </w:r>
          </w:p>
        </w:tc>
      </w:tr>
    </w:tbl>
    <w:p>
      <w:pPr>
        <w:pStyle w:val="ListBullet"/>
        <w:spacing w:after="10" w:line="240" w:lineRule="auto"/>
        <w:ind w:left="259" w:hanging="173"/>
      </w:pPr>
      <w:r>
        <w:rPr>
          <w:rFonts w:ascii="Arial" w:hAnsi="Arial" w:eastAsia="Arial"/>
          <w:b w:val="0"/>
          <w:i w:val="0"/>
          <w:color w:val="5F6973"/>
          <w:sz w:val="18"/>
        </w:rPr>
        <w:t>[Describe your responsibility or contribution. Do not write only “member” or list duties without context.]</w:t>
      </w:r>
    </w:p>
    <w:p>
      <w:pPr>
        <w:keepNext/>
        <w:spacing w:before="100" w:after="40"/>
        <w:pBdr>
          <w:bottom w:val="single" w:sz="6" w:space="1" w:color="1B3A6B"/>
        </w:pBdr>
      </w:pPr>
      <w:r>
        <w:rPr>
          <w:rFonts w:ascii="Arial" w:hAnsi="Arial" w:eastAsia="Arial"/>
          <w:b/>
          <w:i w:val="0"/>
          <w:color w:val="1B3A6B"/>
          <w:sz w:val="19"/>
        </w:rPr>
        <w:t>SKILLS</w:t>
      </w:r>
    </w:p>
    <w:p>
      <w:pPr>
        <w:spacing w:after="20"/>
      </w:pPr>
      <w:r>
        <w:rPr>
          <w:rFonts w:ascii="Arial" w:hAnsi="Arial" w:eastAsia="Arial"/>
          <w:b/>
          <w:i w:val="0"/>
          <w:color w:val="0D1B2A"/>
          <w:sz w:val="18"/>
        </w:rPr>
        <w:t xml:space="preserve">Tools: </w:t>
      </w:r>
      <w:r>
        <w:rPr>
          <w:rFonts w:ascii="Arial" w:hAnsi="Arial" w:eastAsia="Arial"/>
          <w:b w:val="0"/>
          <w:i w:val="0"/>
          <w:color w:val="5F6973"/>
          <w:sz w:val="18"/>
        </w:rPr>
        <w:t>[Only tools you can actually use, such as Google Sheets, Canva, Python, CapCut, or a point-of-sale system]</w:t>
      </w:r>
    </w:p>
    <w:p>
      <w:pPr>
        <w:spacing w:after="20"/>
      </w:pPr>
      <w:r>
        <w:rPr>
          <w:rFonts w:ascii="Arial" w:hAnsi="Arial" w:eastAsia="Arial"/>
          <w:b/>
          <w:i w:val="0"/>
          <w:color w:val="0D1B2A"/>
          <w:sz w:val="18"/>
        </w:rPr>
        <w:t xml:space="preserve">Languages or certifications: </w:t>
      </w:r>
      <w:r>
        <w:rPr>
          <w:rFonts w:ascii="Arial" w:hAnsi="Arial" w:eastAsia="Arial"/>
          <w:b w:val="0"/>
          <w:i w:val="0"/>
          <w:color w:val="5F6973"/>
          <w:sz w:val="18"/>
        </w:rPr>
        <w:t>[Optional. Name your level honestly and include the issuer/date for a real certification]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656"/>
      </w:tblGrid>
      <w:tr>
        <w:tc>
          <w:tcPr>
            <w:tcW w:type="dxa" w:w="10656"/>
            <w:shd w:fill="EBF4FC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1B3A6B"/>
                <w:sz w:val="16"/>
              </w:rPr>
              <w:t xml:space="preserve">BEFORE YOU SEND IT: </w:t>
            </w:r>
            <w:r>
              <w:rPr>
                <w:rFonts w:ascii="Arial" w:hAnsi="Arial" w:eastAsia="Arial"/>
                <w:b w:val="0"/>
                <w:i w:val="0"/>
                <w:color w:val="1B3A6B"/>
                <w:sz w:val="16"/>
              </w:rPr>
              <w:t>Replace every bracketed prompt. Keep it to one page. Remove your street address, age, photo, references, and anything you cannot explain. Proofread it, then export a PDF named First_Last_Resume.pdf.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619" w:right="792" w:bottom="605" w:left="792" w:header="288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 w:val="0"/>
        <w:color w:val="5F6973"/>
        <w:sz w:val="15"/>
      </w:rPr>
      <w:t>Free SkillBridge high-school resume starter • joinskillbridge.com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SkillBridge High-School Resume Starter</dc:title>
  <dc:subject>Editable one-page resume template for high-school students with little or no formal work experience</dc:subject>
  <dc:creator>SkillBridge</dc:creator>
  <cp:keywords>high school resume, student resume, first job, SkillBridge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